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ולהשתמש במילים בסיסיות בנושאי היכרות, משפחה וגוף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קצרים בעברית ולהבין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השלמת משפטים מבנק מילים כמו בדף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לדבר בזוגות או בקבוצה על חוויות של עולים חדשים כמו בסרטון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היכרות ושלום – מה קרה בסיפור של סופיה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בתחילת הסיפור.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בסיפור כתוב שסופיה בת עשר.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רותי היא המורה שנתנה לסופיה מחברת קטנה.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בהתחלה היה לה קשה, היא לא הבינה כמעט שום מילה.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אחרי חודש היא יכלה לבקש דברים ולשאול שאלות, אבל זה לא אומר שהיא ידעה הכול.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היכרות ושלום – השלמת מילים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היכרות ושלום – כותבים וחושבים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ללמוד עברית ולהבין טוב יותר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היא הרגישה קשה, כי לא הבינה את השפה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למשל: בואו נשחק ביחד, אני אעזור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היא זוכרת איך הרגישה בעצמה ביום הראשון, וכיום היא רוצה לעזור לאחרים להרגיש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משפחה ובית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(האישה שהיא ההורה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(הגבר שהוא ההורה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(אבא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(החדר שבו מבשלים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(הרהיט שעליו ישנים בלילה)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משפחה ובית – השלמת משפטים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משפחה ובית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התרגל לבית הגדול עם הגינה ולסבתא שנשארה שם, והתגעגע אליהם.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שבית הוא לא רק המקום או הקירות, אלא האנשים שאוהבים אותך ונמצאים איתך.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– חשוב שהתלמיד יכתוב משפטים שלמים וברורים על חלק בבית שאהוב עליו ונימוק.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גוף ובריאות – זיכרון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 טוב, תנועה ושינה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עשר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לרוץ, לרקוד, לשחות או לשחק בכדור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פעמיים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גוף ובריאות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ינוחו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גוף ובריאות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עוזרים לגוף לעבוד טוב ולהרגיש בריא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למשל: אני אישן עשר שעות בלילה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שהמוח והגוף ינוחו ויהיה כוח ליום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תשובות אישיות, למשל: לשחק בחוץ, לאכול ארוחת 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מילים וסיפורים מהיחידות – התאמת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(ילד או ילדה שעברו לגור בארץ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(אמא של אמא או של אבא)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(החדר בבית שמבשלים בו אוכל)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(האדם שעוזר לנו כשאנחנו חולים או כואבים)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וסיפורים מהיחידות – השלמת משפטים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וסיפורים מהיחידות – סידור הסיפור של סופיה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סופיה עלתה לישראל מאוקראינה.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בהתחלה היא לא הבינה כמעט שום מילה בכיתה.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המורה רותי נתנה לה מחברת למילים חדשות.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היום סופיה מדברת עם חברות ועוזרת לתלמידה חדשה.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מנקודת המבט של העולים – מה זכרתם מהסרטון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במסדרון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הראו את המדינות שלהם על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מרק אוקראיני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מנקודת המבט של העולים – השלמת הטבלה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מתביישת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מנקודת המבט של העולים – שיח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למשל קושי לדבר עברית, פחד מהלא נודע או חשש משיפוט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הכוללת שם מדינה, פריט או מאכל מסורתי, ותחושה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נרגשים, גאים, ביישנים, שמחים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על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חמש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בערך עשר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מארגנטינה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מחברת קטנה עם ציורים ליד כל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את השקיעה שרואים מהחלון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אוכל טוב, תנועה ושינה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ביום הראשון היא לא הבינה כמעט כלום והיה לה קשה. היום היא מדברת עם חברות ועוזרת לתלמידה חדשה.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בהתאם לטקסטים, למשל: שניהם עלו ממדינה אחרת והתגעגעו הביתה בהתחלה, אבל סופיה התקשתה בשפה ולואי התגעגע לבית ולסבתא.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למשל: להסביר מילים בעברית, לשבת איתו/ה בהפסקה, להראות את בית הספר.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כותב/ת נכון לפחות 10 מילים מתוך 12 הנלמדות בשלוש היחידות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בוחר/ת את המילה המתאימה מבחינת משמעות ומבנה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כוללים לפחות שם, גיל ומדינת מוצא, בעברית פשוטה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פרק אחד בכל שיעור, ולסיים כל שיעור בחזרה קצרה על המילים מהכרטיסים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משפט נוסף משלהם בסוף כל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מתחילים כדאי לקרוא את הטקסט בקול יחד, ולהשתמש בציורים ליד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את פרק הסרטון (דוד ואנה) כפעילות שיא שמחברת בין כל הנושאים: היכרות, משפחה, רגשות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עברית לעולים חדשים (יסודי)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תתרגלו מילים וסיפורים כמו באתר: היכרות, משפחה, גוף ובריאות. קראו כל סיפור, ענו על השאלות, והשתמשו במילים החדשות במשפטים שלכם.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היכרות ושלום – מה קרה בסיפור של סופיה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עלתה לישראל מאוקראינה.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היא בת תשע.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המורה של סופיה הוא רותי.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היה קל לסופיה להבין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חודש סופיה כבר ידעה לדבר עברית מושלם בלי שום קושי.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היכרות ושלום – השלמת 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קוראים לי סופיה ואני __________ עשר.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חצי שנה עליתי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שלי נתנה לי __________ קטנה למילים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יום כתבתי במחברת חמש __________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אני עוזרת ל__________ חדשה שהגיעה מרוסיה.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היכרות ושלום – כותבים וחושבים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כתבו: למה סופיה כתבה מילים חדשות במחברת כל 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איך סופיה הרגישה ביום הראשון בכיתה,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שהייתם אומרים לתלמיד חדש כדי שירגיש בבית.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לדעתכם סופיה רוצה לעזור לתלמידה החדשה מרוסיה? כתבו וחשבו גם על עצמכם.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משפחה ובית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הרהיט שעליו ישנים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החדר שבו מבשלים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הגבר שהוא ההורה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האישה שהיא ההורה 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אבא של אמא או של אבא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משפחה ובית – השלמת משפטים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המשפחה של לואי עלתה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בצרפת הם גרו בבית גדול עם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בישראל הם גרים בדירה קטנה יותר ליד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לואי התגעגע ל__________ הישן שלו ולסבתא שנשארה בצרפת.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מהחלון של הדירה החדשה רואים את ה__________ מעל הים.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משפחה ובית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בהתחלה לואי התגעגע לבית הישן שלו בצרפת?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בסוף הסיפור לואי אומר משפט על המשמעות של בית. הסבירו במילים שלכם מה הוא התכוון להגיד.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2-3 משפטים: מה אתם הכי אוהבים בבית שלכם,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גוף ובריאות – זיכרון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המורה אמרה שחשוב לבריאות?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טוב, תנועה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קניות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צפייה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שעות ילדים בגיל שלכם צריכים לישון בלילה,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שתים עשרה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'תנועה' לפי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לרוץ, לרקוד, לשחות או לשחק בכדור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לשבת וללמוד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ממתקים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לצפות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פעמים ביום צריך לצחצח שיניים?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גוף ובריאות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אוכל טוב זה פירות, ירקות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צריך לשטוף __________ לפני האוכל.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המורה אמרה שיש שלושה דברים חשובים: אוכל טוב, תנועה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ילדים בגיל שלנו צריכים לישון כדי שהמוח והגוף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השיעור כל תלמיד כתב __________ קטנה לעצמו.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גוף ובריאות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למה חשוב לשתות הרבה מים?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הבטחה בריאות משלכם, כמו בסיפור.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חשוב לישון מספיק שעות בלילה.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דברים שאתם עושים כדי לשמור על הבריאות, חוץ מהדברים שבסיפור.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מילים וסיפורים מהיחידות – התאמת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החדר בבית שמבשלים בו 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האדם שעוזר לנו כשאנחנו חולים או כואבים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מטבח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אמא של אמא או של אבא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 או ילדה שעברו לגור בארץ חדשה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וסיפורים מהיחידות – השלמת משפטים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קוראים לי סופיה ואני בת עשר. לפני חצי שנה עליתי לישראל מ__________.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שלי, רותי, נתנה לי מחברת קטנה ל__________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המשפחה של לואי עלתה לישראל מ__________ לפני 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כל יום שישי הוא מדבר עם סבתא ב__________ וידאו.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המורה אמרה שיש שלושה דברים חשובים: אוכל טוב, תנועה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וסיפורים מהיחידות – סידור הסיפור של סופיה לפי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רותי נתנה לה מחברת למילים חדשות.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סופיה עלתה לישראל מאוקראינה.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סופיה מדברת עם חברות ועוזרת לתלמידה חדשה.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בהתחלה היא לא הבינה כמעט שום מילה בכיתה.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מנקודת המבט של העולים – מה זכרתם מהסרטון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אנה הגיעה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מאיפה דוד הגיע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דוד ואנה נפגשים ומדברים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במסדרון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עשו התלמידים בכיתה בשבוע העליות?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צפו בסרט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הראו את המדינות שלהם על 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שיחקו במשחק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כתבו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אנה הביאה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מרק אוקראיני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תמונה של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מנקודת המבט של העולים – השלמת הטבלה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דוד הגיע לישראל מ-__________.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אנה הגיעה לישראל מ-__________.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בשבוע העליות הכיתה הראתה את המדינות שלהם על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לפי השיחה, אנה הרגישה בהתחלה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אחרי שדוד סיפר על עצמו, הוא הרגיש שהכיתה __________ אותו.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מנקודת המבט של העולים – שיח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אנה התביישה בהתחלה לספר על עצמה לפני הכיתה?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מספרים לכיתה על הארץ שמשפחתכם הגיעה ממנה, מה הייתם מספרים ומה הייתם מביאים?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שתי מילים שמתארות איך דוד ואנה הרגישו בסרטון.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על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מאיזו מדינה עלתה סופיה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מאיזו מדינה עלתה המשפחה של לואי לישראל?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מילים חדשות כתבה סופיה בכל יום במחברת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שעות שינה ילדים בגיל בית הספר צריכים בלילה,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בערך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שתים עשרה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דוד, אחד התלמידים בסרטון על שבוע העליות?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עזר לסופיה ללמוד מילים חדשות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מחברת קטנה עם ציורים ליד כל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 שהיא ראתה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 גדול מהספרייה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לואי אוהב בדירה החדשה שלו ליד הים?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השקיעה שרואים מהחלון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הגינה הגדולה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החדר הישן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הכלב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מהם שלושת הדברים החשובים לבריאות הגוף, לפי המורה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 טוב, תנועה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משחק, טלוויזיה ושינה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אוכל, טלפון ולימודים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ספורט, אוכל וממתקים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איך סופיה הרגישה ביום הראשון בכיתה? ומשפט נוסף: איך היא מרגישה היום?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סופיה ולואי: מה דומה ומה שונה בחוויה שלהם כעולים חדשים לישראל?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היה מגיע/ה תלמיד/ה חדש/ה לכיתה שלכם, מה הייתם עושים כדי לעזור לו/לה להרגיש בבית?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לכתוב חמש מילים חדשות מכל יחידה שלמדתי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להשלים משפט חסר מתוך בנק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לספר בקצרה על עצמי בעברית: שם, גיל, מאיפה הגעתי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עברית לעולים חדשים (יסודי)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