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במילים בסיסיות בנושאי היכרות, משפחה וגוף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בעברית ולהבין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מבנק מילים כמו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על חוויות של עולים חדשים כמו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ושלום – מה קרה בסיפור של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בסיפור כתוב שסופיה בת עשר.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רותי היא המורה שנתנה לסופיה מחברת קטנה.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ושלום – השלמת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ושלום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ללמוד עברית ולהבין טוב יותר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משפחה ובית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(האישה שהיא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(הגבר שהוא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(אמא של אמא או של אבא)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התרגל לבית הגדול עם הגינה ולסבתא שנשארה שם, והתגעגע אליהם.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גוף ובריאות – זיכרון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לרוץ, לרקוד, לשחות או לשחק בכדור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עוזרים לגוף לעבוד טוב ולהרגיש בריא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וסיפורים מהיחידות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 או ילדה שעברו לגור בארץ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(החדר בבית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(האדם שעוזר לנו כשאנחנו חולים או כואבים)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וסיפורים מהיחידות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וסיפורים מהיחידות – סידור הסיפור של סופיה לפי הסדר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מנקודת המבט של העולים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במסדרון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מנקודת המבט של העולים – השלמת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מנקודת המבט של העולים – שיח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נרגשים, גאים, ביישנים,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חמש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ביום הראשון היא לא הבינה כמעט כלום והיה לה קשה. היום היא מדברת עם חברות ועוזרת לתלמידה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נכון לפחות 10 מילים מתוך 12 הנלמדות בשלוש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את המילה המתאימה מבחינת משמעות ומבנה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שם, גיל ומדינת מוצא, בעברית פשוטה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בחזרה קצרה על המילים מהכרטיסים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משפט נוסף משלהם בסוף כל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כדאי לקרוא את הטקסט בקול יחד, ולהשתמש בציורים ליד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פרק הסרטון (דוד ואנה) כפעילות שיא שמחברת בין כל הנושאים: היכרות, משפחה, רגשות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תתרגלו מילים וסיפורים כמו באתר: היכרות, משפחה, גוף ובריאות. קראו כל סיפור, ענו על השאלות, והשתמשו במילים החדשות במשפטים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ידיים  ·  אוקראינה  ·  גינה  ·  אוקראינה  ·  צרפת  ·  בת  ·  מים  ·  אוקראינה  ·  ארגנטינה  ·  מילים  ·  מחברת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 ושלום – מה קרה בסיפור של סופיה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סופיה עלתה לישראל מאוקראינה.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סופיה היא בת תשע.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שם המורה של סופיה הוא רותי.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 ושלום – השלמת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קוראים לי סופיה ואני __________ עשר.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המורה שלי נתנה לי __________ קטנה למילים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 ושלום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כתבו: למה סופיה כתבה מילים חדשות במחברת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משפחה ובית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הגבר שהוא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האישה שהיא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אבא של אמא או של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משפחה ובית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בצרפת הם גרו בבית גדול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משפחה ובית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בהתחלה לואי התגעגע לבית הישן שלו בצרפת?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גוף ובריאות – זיכרון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המורה אמרה שחשוב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קניות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שעות ילדים בגיל שלכם צריכים לישון בלילה,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'תנועה'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לרוץ, לרקוד, לשחות או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לשבת וללמוד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לאכול ממתקים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גוף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אוכל טוב זה פירות, ירקות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צריך לשטוף __________ לפני האוכל.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גוף ובריאות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למה חשוב לשתות הרבה מים?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מילים וסיפורים מהיחידות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האדם שעוזר לנו כשאנחנו חולים או כואבים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החדר בבית שמבשלים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 או ילדה שעברו לגור בארץ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מילים וסיפורים מהיחידות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קוראים לי סופיה ואני בת עשר.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המורה שלי, רותי, נתנה לי מחברת קטנה ל__________ חדשות.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מילים וסיפורים מהיחידות – סידור הסיפור של סופיה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מנקודת המבט של העולים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אנה הגיעה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מאיפה דוד הגיע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איפה דוד ואנה נפגשים ומדברים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מנקודת המבט של העולים – השלמת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דוד הגיע לישראל מ-__________.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אנה הגיעה לישראל מ-__________.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מנקודת המבט של העולים –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מילים שמתארות איך דוד ואנה הרגישו בסרטון.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חזרה מסכמת – שאלות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מדינה עלתה סופיה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מדינה עלתה המשפחה של לואי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מילים חדשות כתבה סופיה בכל יום במחברת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אחד: איך סופיה הרגישה ביום הראשון בכיתה? ומשפט נוסף: איך היא מרגישה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לכתוב חמש מילים חדשות מכל יחידה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להשלים משפט חסר מתוך בנק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